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2"/>
        </w:rPr>
        <w:t>KADROLU ÖĞRETMEN İSTİFA DİLEKÇESİ</w:t>
      </w:r>
    </w:p>
    <w:p/>
    <w:p/>
    <w:p>
      <w:r>
        <w:rPr>
          <w:b w:val="0"/>
          <w:sz w:val="22"/>
        </w:rPr>
        <w:t>T.C.</w:t>
      </w:r>
    </w:p>
    <w:p>
      <w:r>
        <w:rPr>
          <w:b w:val="0"/>
          <w:sz w:val="22"/>
        </w:rPr>
        <w:t>Milli Eğitim Bakanlığı</w:t>
      </w:r>
    </w:p>
    <w:p>
      <w:r>
        <w:rPr>
          <w:b w:val="0"/>
          <w:sz w:val="22"/>
        </w:rPr>
        <w:t>_________________ İl Milli Eğitim Müdürlüğü'ne</w:t>
      </w:r>
    </w:p>
    <w:p/>
    <w:p>
      <w:r>
        <w:rPr>
          <w:b w:val="0"/>
          <w:sz w:val="22"/>
        </w:rPr>
        <w:t>İlgi : 657 Sayılı Devlet Memurları Kanunu ve ilgili mevzuat.</w:t>
      </w:r>
    </w:p>
    <w:p/>
    <w:p/>
    <w:p>
      <w:r>
        <w:rPr>
          <w:b/>
          <w:sz w:val="22"/>
        </w:rPr>
        <w:t>KONU: Kadrolu öğretmen olarak görev yapmakta iken istifa talebim ile ilgilidir.</w:t>
      </w:r>
    </w:p>
    <w:p/>
    <w:p/>
    <w:p>
      <w:r>
        <w:rPr>
          <w:b w:val="0"/>
          <w:sz w:val="22"/>
        </w:rPr>
        <w:t>AÇIKLAMALAR:</w:t>
      </w:r>
    </w:p>
    <w:p/>
    <w:p>
      <w:r>
        <w:rPr>
          <w:b w:val="0"/>
          <w:sz w:val="22"/>
        </w:rPr>
        <w:t>1. Adım ve Soyadım : ____________________________________________________________</w:t>
      </w:r>
    </w:p>
    <w:p>
      <w:r>
        <w:rPr>
          <w:b w:val="0"/>
          <w:sz w:val="22"/>
        </w:rPr>
        <w:t>2. T.C. Kimlik No : ____________________________________________________________</w:t>
      </w:r>
    </w:p>
    <w:p>
      <w:r>
        <w:rPr>
          <w:b w:val="0"/>
          <w:sz w:val="22"/>
        </w:rPr>
        <w:t>3. Görev Yaptığım Okul/Kurum : _________________________________________________</w:t>
      </w:r>
    </w:p>
    <w:p>
      <w:r>
        <w:rPr>
          <w:b w:val="0"/>
          <w:sz w:val="22"/>
        </w:rPr>
        <w:t>4. Görev Ünvanım : ______________________________________________________________</w:t>
      </w:r>
    </w:p>
    <w:p>
      <w:r>
        <w:rPr>
          <w:b w:val="0"/>
          <w:sz w:val="22"/>
        </w:rPr>
        <w:t>5. Sicil No : _________________________________________________________________</w:t>
      </w:r>
    </w:p>
    <w:p>
      <w:r>
        <w:rPr>
          <w:b w:val="0"/>
          <w:sz w:val="22"/>
        </w:rPr>
        <w:t>6. Kadro Derecem : ____________________________________________________________</w:t>
      </w:r>
    </w:p>
    <w:p/>
    <w:p>
      <w:r>
        <w:rPr>
          <w:b w:val="0"/>
          <w:sz w:val="22"/>
        </w:rPr>
        <w:t>Yukarıda bilgileri verilen şahsım, Milli Eğitim Bakanlığı kadrolu öğretmeni olarak görev yapmakta iken; kendi isteğimle, 657 sayılı Devlet Memurları Kanunu'nun ilgili hükümleri doğrultusunda görevimden istifa etmek istiyorum.</w:t>
      </w:r>
    </w:p>
    <w:p/>
    <w:p>
      <w:r>
        <w:rPr>
          <w:b w:val="0"/>
          <w:sz w:val="22"/>
        </w:rPr>
        <w:t>İstifa talebimin kabulünü saygılarımla arz ederim.</w:t>
      </w:r>
    </w:p>
    <w:p/>
    <w:p/>
    <w:p/>
    <w:p>
      <w:r>
        <w:rPr>
          <w:b w:val="0"/>
          <w:sz w:val="22"/>
        </w:rPr>
        <w:t>İsim ve Soyisim : _______________________________________________________________</w:t>
      </w:r>
    </w:p>
    <w:p>
      <w:r>
        <w:rPr>
          <w:b w:val="0"/>
          <w:sz w:val="22"/>
        </w:rPr>
        <w:t>İmza : _______________________________________________________________________</w:t>
      </w:r>
    </w:p>
    <w:p>
      <w:r>
        <w:rPr>
          <w:b w:val="0"/>
          <w:sz w:val="22"/>
        </w:rPr>
        <w:t>Adres : ______________________________________________________________________</w:t>
      </w:r>
    </w:p>
    <w:p>
      <w:r>
        <w:rPr>
          <w:b w:val="0"/>
          <w:sz w:val="22"/>
        </w:rPr>
        <w:t>Telefon : ____________________________________________________________________</w:t>
      </w:r>
    </w:p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Başvuran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İl Milli Eğitim Müdürlüğü Yetkilisi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İmza : 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İmza : _________________________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Tarih : 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Tarih : _________________________</w:t>
            </w:r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Bu belgenin orijinal kaynagi: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https://dilekcesihizli.com/kadrolu-ogretmen-istifa-dilekcesi-ornegi/</w:t>
        </w:r>
      </w:hyperlink>
    </w:p>
    <w:p>
      <w:pPr>
        <w:jc w:val="center"/>
      </w:pPr>
      <w:r>
        <w:rPr>
          <w:color w:val="555555"/>
          <w:sz w:val="26"/>
        </w:rPr>
        <w:t>Bu ornek sizin icin faydali oldu mu?</w:t>
      </w:r>
    </w:p>
    <w:p>
      <w:pPr>
        <w:jc w:val="center"/>
      </w:pPr>
      <w:r>
        <w:rPr>
          <w:color w:val="555555"/>
          <w:sz w:val="26"/>
        </w:rPr>
        <w:t>Guncellenmis diger orneklere web sitemizden ulasabilirsiniz: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https://dilekcesihizli.com</w:t>
        </w:r>
      </w:hyperlink>
    </w:p>
    <w:p>
      <w:pPr>
        <w:jc w:val="center"/>
      </w:pPr>
      <w:r>
        <w:rPr>
          <w:color w:val="808080"/>
          <w:sz w:val="20"/>
        </w:rPr>
        <w:t>Bu ornek yalnizca kisisel ve ticari olmayan kullanim icindir.</w:t>
        <w:br/>
        <w:t>Her turlu dagitim veya yayinda kaynak belirtilmelidir. © dilekcesihizli.com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dilekcesihizli.com/kadrolu-ogretmen-istifa-dilekcesi-ornegi/" TargetMode="External"/><Relationship Id="rId10" Type="http://schemas.openxmlformats.org/officeDocument/2006/relationships/hyperlink" Target="https://dilekcesihizli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